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ЦИКЛОГРАММА РАБОТЫ ШВР</w:t>
      </w:r>
    </w:p>
    <w:tbl>
      <w:tblPr>
        <w:tblStyle w:val="TableGrid"/>
        <w:tblW w:type="dxa" w:w="1417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268"/>
        <w:gridCol w:w="5386"/>
        <w:gridCol w:w="3118"/>
        <w:gridCol w:w="3402"/>
      </w:tblGrid>
      <w:tr>
        <w:trPr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Периодичность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Действия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Ответственные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D9D9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Фиксация результата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Еженедельно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Сбор сигналов, инициатив и проблем; контроль срочных поручений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Ответственные по направлениям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Краткая информация секретарю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Ежемесячно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Заседание/рабочая встреча; обновление статусов; анализ ключевых данных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ШВР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Протокол, обновлённый журнал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По итогам четверти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Аналитическая справка; динамика участия, рисков и исполнения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Секретарь, ответственные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Справка и корректирующие решения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По итогам полугодия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Расширенный анализ; обновление плана и карты рисков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Председатель, ШВР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Лист корректировки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Ежегодно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Годовой анализ, самоаудит, планирование следующего года, архив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ШВР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Анализ, новый план, сформированное дело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По событию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Реагирование на значимый риск или задачу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Председатель/рабочая группа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Внеочередное решение</w:t>
            </w:r>
          </w:p>
        </w:tc>
      </w:tr>
    </w:tbl>
    <w:p>
      <w:pPr>
        <w:spacing w:after="0"/>
      </w:pPr>
    </w:p>
    <w:p>
      <w:pPr>
        <w:pStyle w:val="Heading1"/>
      </w:pPr>
      <w:r>
        <w:t>Ежемесячный цикл заседания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за 10 рабочих дней — сбор предложений в повестку и данных;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за 5 рабочих дней — проект повестки и решений;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за 3 рабочих дня — направление материалов членам ШВР;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день заседания — обсуждение на основе данных и принятие решений;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до 5 рабочих дней после — оформление протокола;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по срокам поручений — контроль результата;</w:t>
      </w:r>
    </w:p>
    <w:p>
      <w:pPr>
        <w:pStyle w:val="ListNumber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на следующем заседании — краткая информация об исполнении.</w:t>
      </w:r>
    </w:p>
    <w:sectPr w:rsidR="00FC693F" w:rsidRPr="0006063C" w:rsidSect="00034616">
      <w:pgSz w:w="16838" w:h="11906" w:orient="landscape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Циклограмма работы ШВР</dc:title>
  <dc:subject>Штаб воспитательной работы</dc:subject>
  <dc:creator>Виктория Матяж</dc:creator>
  <cp:keywords>ШВР, воспитательная работа, школа, шаблон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